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0F115" w14:textId="77777777" w:rsidR="005B224D" w:rsidRPr="00261A61" w:rsidRDefault="00000000">
      <w:pPr>
        <w:spacing w:after="40" w:line="252" w:lineRule="auto"/>
        <w:jc w:val="center"/>
        <w:rPr>
          <w:rFonts w:ascii="Verdana" w:hAnsi="Verdana"/>
          <w:sz w:val="28"/>
          <w:szCs w:val="28"/>
        </w:rPr>
      </w:pPr>
      <w:bookmarkStart w:id="0" w:name="_Hlk238344510"/>
      <w:r w:rsidRPr="00261A61">
        <w:rPr>
          <w:rFonts w:ascii="Verdana" w:hAnsi="Verdana"/>
          <w:b/>
          <w:sz w:val="36"/>
          <w:szCs w:val="28"/>
        </w:rPr>
        <w:t>Equality, Diversity &amp; Inclusion Recruitment Monitoring Form</w:t>
      </w:r>
    </w:p>
    <w:bookmarkEnd w:id="0"/>
    <w:p w14:paraId="04C18D7E" w14:textId="77777777" w:rsidR="00261A61" w:rsidRDefault="00000000">
      <w:pPr>
        <w:spacing w:after="120" w:line="252" w:lineRule="auto"/>
        <w:jc w:val="center"/>
        <w:rPr>
          <w:rFonts w:ascii="Verdana" w:hAnsi="Verdana"/>
          <w:i/>
          <w:sz w:val="28"/>
          <w:szCs w:val="32"/>
        </w:rPr>
      </w:pPr>
      <w:r w:rsidRPr="00261A61">
        <w:rPr>
          <w:rFonts w:ascii="Verdana" w:hAnsi="Verdana"/>
          <w:i/>
          <w:sz w:val="28"/>
          <w:szCs w:val="32"/>
        </w:rPr>
        <w:t>Whalley Range Community Forum (WRCF) is committed to equality, diversity and inclusion.</w:t>
      </w:r>
      <w:r w:rsidR="00261A61" w:rsidRPr="00261A61">
        <w:rPr>
          <w:rFonts w:ascii="Verdana" w:hAnsi="Verdana"/>
          <w:i/>
          <w:sz w:val="28"/>
          <w:szCs w:val="32"/>
        </w:rPr>
        <w:t xml:space="preserve"> </w:t>
      </w:r>
    </w:p>
    <w:p w14:paraId="1ACD90D1" w14:textId="015DC0FE" w:rsidR="005B224D" w:rsidRPr="00261A61" w:rsidRDefault="00000000">
      <w:pPr>
        <w:spacing w:after="120" w:line="252" w:lineRule="auto"/>
        <w:jc w:val="center"/>
        <w:rPr>
          <w:rFonts w:ascii="Verdana" w:hAnsi="Verdana"/>
          <w:sz w:val="32"/>
          <w:szCs w:val="32"/>
        </w:rPr>
      </w:pPr>
      <w:r w:rsidRPr="00261A61">
        <w:rPr>
          <w:rFonts w:ascii="Verdana" w:hAnsi="Verdana"/>
          <w:i/>
          <w:sz w:val="28"/>
          <w:szCs w:val="32"/>
        </w:rPr>
        <w:t>Completing this form is entirely voluntary and will not affect your application. You may leave any or all questions unanswered.</w:t>
      </w:r>
    </w:p>
    <w:p w14:paraId="5B3961C3" w14:textId="77777777" w:rsidR="005B224D" w:rsidRPr="00261A61" w:rsidRDefault="00000000">
      <w:pPr>
        <w:keepNext/>
        <w:spacing w:before="120" w:after="40"/>
        <w:rPr>
          <w:rFonts w:ascii="Verdana" w:hAnsi="Verdana"/>
          <w:sz w:val="28"/>
          <w:szCs w:val="28"/>
        </w:rPr>
      </w:pPr>
      <w:r w:rsidRPr="00261A61">
        <w:rPr>
          <w:rFonts w:ascii="Verdana" w:hAnsi="Verdana"/>
          <w:b/>
          <w:sz w:val="32"/>
          <w:szCs w:val="28"/>
        </w:rPr>
        <w:t>1. Age</w:t>
      </w:r>
    </w:p>
    <w:p w14:paraId="43686CC0" w14:textId="77777777" w:rsidR="005B224D" w:rsidRPr="00261A61" w:rsidRDefault="00000000">
      <w:pPr>
        <w:spacing w:after="40"/>
        <w:rPr>
          <w:rFonts w:ascii="Verdana" w:hAnsi="Verdana"/>
          <w:sz w:val="28"/>
          <w:szCs w:val="28"/>
        </w:rPr>
      </w:pPr>
      <w:r w:rsidRPr="00261A61">
        <w:rPr>
          <w:rFonts w:ascii="Verdana" w:hAnsi="Verdana"/>
          <w:sz w:val="24"/>
          <w:szCs w:val="28"/>
        </w:rPr>
        <w:t>What is your age group?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64"/>
        <w:gridCol w:w="2664"/>
        <w:gridCol w:w="2664"/>
        <w:gridCol w:w="2664"/>
      </w:tblGrid>
      <w:tr w:rsidR="005B224D" w:rsidRPr="00261A61" w14:paraId="70B2E8DD" w14:textId="77777777">
        <w:trPr>
          <w:cantSplit/>
          <w:jc w:val="center"/>
        </w:trPr>
        <w:tc>
          <w:tcPr>
            <w:tcW w:w="26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20E5B5" w14:textId="7A7CA535" w:rsidR="005B224D" w:rsidRPr="00261A61" w:rsidRDefault="00261A61">
            <w:pPr>
              <w:spacing w:before="20" w:after="20" w:line="240" w:lineRule="auto"/>
              <w:rPr>
                <w:rFonts w:ascii="Verdana" w:hAnsi="Verdana"/>
                <w:sz w:val="28"/>
                <w:szCs w:val="28"/>
              </w:rPr>
            </w:pPr>
            <w:r w:rsidRPr="00261A61">
              <w:rPr>
                <w:rFonts w:ascii="Segoe UI Symbol" w:hAnsi="Segoe UI Symbol" w:cs="Segoe UI Symbol"/>
                <w:sz w:val="24"/>
                <w:szCs w:val="28"/>
              </w:rPr>
              <w:t>☐</w:t>
            </w:r>
            <w:r w:rsidRPr="00261A61">
              <w:rPr>
                <w:rFonts w:ascii="Verdana" w:hAnsi="Verdana"/>
                <w:sz w:val="24"/>
                <w:szCs w:val="28"/>
              </w:rPr>
              <w:t xml:space="preserve"> 16</w:t>
            </w:r>
            <w:r w:rsidR="00000000" w:rsidRPr="00261A61">
              <w:rPr>
                <w:rFonts w:ascii="Verdana" w:hAnsi="Verdana"/>
                <w:sz w:val="24"/>
                <w:szCs w:val="28"/>
              </w:rPr>
              <w:t>–24</w:t>
            </w:r>
          </w:p>
        </w:tc>
        <w:tc>
          <w:tcPr>
            <w:tcW w:w="26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191012" w14:textId="77777777" w:rsidR="005B224D" w:rsidRPr="00261A61" w:rsidRDefault="00000000">
            <w:pPr>
              <w:spacing w:before="20" w:after="20" w:line="240" w:lineRule="auto"/>
              <w:rPr>
                <w:rFonts w:ascii="Verdana" w:hAnsi="Verdana"/>
                <w:sz w:val="28"/>
                <w:szCs w:val="28"/>
              </w:rPr>
            </w:pPr>
            <w:r w:rsidRPr="00261A61">
              <w:rPr>
                <w:rFonts w:ascii="Segoe UI Symbol" w:hAnsi="Segoe UI Symbol" w:cs="Segoe UI Symbol"/>
                <w:sz w:val="24"/>
                <w:szCs w:val="28"/>
              </w:rPr>
              <w:t>☐</w:t>
            </w:r>
            <w:r w:rsidRPr="00261A61">
              <w:rPr>
                <w:rFonts w:ascii="Verdana" w:hAnsi="Verdana"/>
                <w:sz w:val="24"/>
                <w:szCs w:val="28"/>
              </w:rPr>
              <w:t xml:space="preserve">  25–34</w:t>
            </w:r>
          </w:p>
        </w:tc>
        <w:tc>
          <w:tcPr>
            <w:tcW w:w="26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8A48AB" w14:textId="77777777" w:rsidR="005B224D" w:rsidRPr="00261A61" w:rsidRDefault="00000000">
            <w:pPr>
              <w:spacing w:before="20" w:after="20" w:line="240" w:lineRule="auto"/>
              <w:rPr>
                <w:rFonts w:ascii="Verdana" w:hAnsi="Verdana"/>
                <w:sz w:val="28"/>
                <w:szCs w:val="28"/>
              </w:rPr>
            </w:pPr>
            <w:r w:rsidRPr="00261A61">
              <w:rPr>
                <w:rFonts w:ascii="Segoe UI Symbol" w:hAnsi="Segoe UI Symbol" w:cs="Segoe UI Symbol"/>
                <w:sz w:val="24"/>
                <w:szCs w:val="28"/>
              </w:rPr>
              <w:t>☐</w:t>
            </w:r>
            <w:r w:rsidRPr="00261A61">
              <w:rPr>
                <w:rFonts w:ascii="Verdana" w:hAnsi="Verdana"/>
                <w:sz w:val="24"/>
                <w:szCs w:val="28"/>
              </w:rPr>
              <w:t xml:space="preserve">  35–44</w:t>
            </w:r>
          </w:p>
        </w:tc>
        <w:tc>
          <w:tcPr>
            <w:tcW w:w="26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12C8EC" w14:textId="77777777" w:rsidR="005B224D" w:rsidRPr="00261A61" w:rsidRDefault="00000000">
            <w:pPr>
              <w:spacing w:before="20" w:after="20" w:line="240" w:lineRule="auto"/>
              <w:rPr>
                <w:rFonts w:ascii="Verdana" w:hAnsi="Verdana"/>
                <w:sz w:val="28"/>
                <w:szCs w:val="28"/>
              </w:rPr>
            </w:pPr>
            <w:r w:rsidRPr="00261A61">
              <w:rPr>
                <w:rFonts w:ascii="Segoe UI Symbol" w:hAnsi="Segoe UI Symbol" w:cs="Segoe UI Symbol"/>
                <w:sz w:val="24"/>
                <w:szCs w:val="28"/>
              </w:rPr>
              <w:t>☐</w:t>
            </w:r>
            <w:r w:rsidRPr="00261A61">
              <w:rPr>
                <w:rFonts w:ascii="Verdana" w:hAnsi="Verdana"/>
                <w:sz w:val="24"/>
                <w:szCs w:val="28"/>
              </w:rPr>
              <w:t xml:space="preserve">  45–54</w:t>
            </w:r>
          </w:p>
        </w:tc>
      </w:tr>
      <w:tr w:rsidR="005B224D" w:rsidRPr="00261A61" w14:paraId="7035ACA3" w14:textId="77777777">
        <w:trPr>
          <w:cantSplit/>
          <w:jc w:val="center"/>
        </w:trPr>
        <w:tc>
          <w:tcPr>
            <w:tcW w:w="26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9C4C0A" w14:textId="77777777" w:rsidR="005B224D" w:rsidRPr="00261A61" w:rsidRDefault="00000000">
            <w:pPr>
              <w:spacing w:before="20" w:after="20" w:line="240" w:lineRule="auto"/>
              <w:rPr>
                <w:rFonts w:ascii="Verdana" w:hAnsi="Verdana"/>
                <w:sz w:val="28"/>
                <w:szCs w:val="28"/>
              </w:rPr>
            </w:pPr>
            <w:r w:rsidRPr="00261A61">
              <w:rPr>
                <w:rFonts w:ascii="Segoe UI Symbol" w:hAnsi="Segoe UI Symbol" w:cs="Segoe UI Symbol"/>
                <w:sz w:val="24"/>
                <w:szCs w:val="28"/>
              </w:rPr>
              <w:t>☐</w:t>
            </w:r>
            <w:r w:rsidRPr="00261A61">
              <w:rPr>
                <w:rFonts w:ascii="Verdana" w:hAnsi="Verdana"/>
                <w:sz w:val="24"/>
                <w:szCs w:val="28"/>
              </w:rPr>
              <w:t xml:space="preserve">  55–64</w:t>
            </w:r>
          </w:p>
        </w:tc>
        <w:tc>
          <w:tcPr>
            <w:tcW w:w="26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1DE8E1" w14:textId="77777777" w:rsidR="005B224D" w:rsidRPr="00261A61" w:rsidRDefault="00000000">
            <w:pPr>
              <w:spacing w:before="20" w:after="20" w:line="240" w:lineRule="auto"/>
              <w:rPr>
                <w:rFonts w:ascii="Verdana" w:hAnsi="Verdana"/>
                <w:sz w:val="28"/>
                <w:szCs w:val="28"/>
              </w:rPr>
            </w:pPr>
            <w:r w:rsidRPr="00261A61">
              <w:rPr>
                <w:rFonts w:ascii="Segoe UI Symbol" w:hAnsi="Segoe UI Symbol" w:cs="Segoe UI Symbol"/>
                <w:sz w:val="24"/>
                <w:szCs w:val="28"/>
              </w:rPr>
              <w:t>☐</w:t>
            </w:r>
            <w:r w:rsidRPr="00261A61">
              <w:rPr>
                <w:rFonts w:ascii="Verdana" w:hAnsi="Verdana"/>
                <w:sz w:val="24"/>
                <w:szCs w:val="28"/>
              </w:rPr>
              <w:t xml:space="preserve">  65–74</w:t>
            </w:r>
          </w:p>
        </w:tc>
        <w:tc>
          <w:tcPr>
            <w:tcW w:w="26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7C0A5C" w14:textId="77777777" w:rsidR="005B224D" w:rsidRPr="00261A61" w:rsidRDefault="00000000">
            <w:pPr>
              <w:spacing w:before="20" w:after="20" w:line="240" w:lineRule="auto"/>
              <w:rPr>
                <w:rFonts w:ascii="Verdana" w:hAnsi="Verdana"/>
                <w:sz w:val="28"/>
                <w:szCs w:val="28"/>
              </w:rPr>
            </w:pPr>
            <w:r w:rsidRPr="00261A61">
              <w:rPr>
                <w:rFonts w:ascii="Segoe UI Symbol" w:hAnsi="Segoe UI Symbol" w:cs="Segoe UI Symbol"/>
                <w:sz w:val="24"/>
                <w:szCs w:val="28"/>
              </w:rPr>
              <w:t>☐</w:t>
            </w:r>
            <w:r w:rsidRPr="00261A61">
              <w:rPr>
                <w:rFonts w:ascii="Verdana" w:hAnsi="Verdana"/>
                <w:sz w:val="24"/>
                <w:szCs w:val="28"/>
              </w:rPr>
              <w:t xml:space="preserve">  75+</w:t>
            </w:r>
          </w:p>
        </w:tc>
        <w:tc>
          <w:tcPr>
            <w:tcW w:w="26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A62066" w14:textId="77777777" w:rsidR="005B224D" w:rsidRPr="00261A61" w:rsidRDefault="00000000">
            <w:pPr>
              <w:spacing w:before="20" w:after="20" w:line="240" w:lineRule="auto"/>
              <w:rPr>
                <w:rFonts w:ascii="Verdana" w:hAnsi="Verdana"/>
                <w:sz w:val="28"/>
                <w:szCs w:val="28"/>
              </w:rPr>
            </w:pPr>
            <w:r w:rsidRPr="00261A61">
              <w:rPr>
                <w:rFonts w:ascii="Segoe UI Symbol" w:hAnsi="Segoe UI Symbol" w:cs="Segoe UI Symbol"/>
                <w:sz w:val="24"/>
                <w:szCs w:val="28"/>
              </w:rPr>
              <w:t>☐</w:t>
            </w:r>
            <w:r w:rsidRPr="00261A61">
              <w:rPr>
                <w:rFonts w:ascii="Verdana" w:hAnsi="Verdana"/>
                <w:sz w:val="24"/>
                <w:szCs w:val="28"/>
              </w:rPr>
              <w:t xml:space="preserve">  Prefer not to say</w:t>
            </w:r>
          </w:p>
        </w:tc>
      </w:tr>
    </w:tbl>
    <w:p w14:paraId="562CE346" w14:textId="77777777" w:rsidR="005B224D" w:rsidRPr="00261A61" w:rsidRDefault="005B224D">
      <w:pPr>
        <w:spacing w:after="80" w:line="20" w:lineRule="exact"/>
        <w:rPr>
          <w:rFonts w:ascii="Verdana" w:hAnsi="Verdana"/>
          <w:sz w:val="28"/>
          <w:szCs w:val="28"/>
        </w:rPr>
      </w:pPr>
    </w:p>
    <w:p w14:paraId="35F6F567" w14:textId="77777777" w:rsidR="00261A61" w:rsidRPr="00261A61" w:rsidRDefault="00261A61">
      <w:pPr>
        <w:keepNext/>
        <w:spacing w:before="120" w:after="40"/>
        <w:rPr>
          <w:rFonts w:ascii="Verdana" w:hAnsi="Verdana"/>
          <w:b/>
          <w:sz w:val="32"/>
          <w:szCs w:val="28"/>
        </w:rPr>
      </w:pPr>
    </w:p>
    <w:p w14:paraId="1317CA3A" w14:textId="1DCF54DA" w:rsidR="005B224D" w:rsidRPr="00261A61" w:rsidRDefault="00000000">
      <w:pPr>
        <w:keepNext/>
        <w:spacing w:before="120" w:after="40"/>
        <w:rPr>
          <w:rFonts w:ascii="Verdana" w:hAnsi="Verdana"/>
          <w:sz w:val="28"/>
          <w:szCs w:val="28"/>
        </w:rPr>
      </w:pPr>
      <w:r w:rsidRPr="00261A61">
        <w:rPr>
          <w:rFonts w:ascii="Verdana" w:hAnsi="Verdana"/>
          <w:b/>
          <w:sz w:val="32"/>
          <w:szCs w:val="28"/>
        </w:rPr>
        <w:t>2. Gender Identity and Sexual Orientation</w:t>
      </w:r>
    </w:p>
    <w:p w14:paraId="12B5C5BA" w14:textId="77777777" w:rsidR="005B224D" w:rsidRPr="00261A61" w:rsidRDefault="00000000">
      <w:pPr>
        <w:spacing w:after="40"/>
        <w:rPr>
          <w:rFonts w:ascii="Verdana" w:hAnsi="Verdana"/>
          <w:sz w:val="28"/>
          <w:szCs w:val="28"/>
        </w:rPr>
      </w:pPr>
      <w:r w:rsidRPr="00261A61">
        <w:rPr>
          <w:rFonts w:ascii="Verdana" w:hAnsi="Verdana"/>
          <w:sz w:val="24"/>
          <w:szCs w:val="28"/>
        </w:rPr>
        <w:t>How would you describe your gender identity?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64"/>
        <w:gridCol w:w="2664"/>
        <w:gridCol w:w="2664"/>
        <w:gridCol w:w="2664"/>
      </w:tblGrid>
      <w:tr w:rsidR="005B224D" w:rsidRPr="00261A61" w14:paraId="1036B4A5" w14:textId="77777777">
        <w:trPr>
          <w:cantSplit/>
          <w:jc w:val="center"/>
        </w:trPr>
        <w:tc>
          <w:tcPr>
            <w:tcW w:w="26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6F1BF4" w14:textId="77777777" w:rsidR="005B224D" w:rsidRPr="00261A61" w:rsidRDefault="00000000">
            <w:pPr>
              <w:spacing w:before="20" w:after="20" w:line="240" w:lineRule="auto"/>
              <w:rPr>
                <w:rFonts w:ascii="Verdana" w:hAnsi="Verdana"/>
                <w:sz w:val="28"/>
                <w:szCs w:val="28"/>
              </w:rPr>
            </w:pPr>
            <w:r w:rsidRPr="00261A61">
              <w:rPr>
                <w:rFonts w:ascii="Segoe UI Symbol" w:hAnsi="Segoe UI Symbol" w:cs="Segoe UI Symbol"/>
                <w:sz w:val="24"/>
                <w:szCs w:val="28"/>
              </w:rPr>
              <w:t>☐</w:t>
            </w:r>
            <w:r w:rsidRPr="00261A61">
              <w:rPr>
                <w:rFonts w:ascii="Verdana" w:hAnsi="Verdana"/>
                <w:sz w:val="24"/>
                <w:szCs w:val="28"/>
              </w:rPr>
              <w:t xml:space="preserve">  Female</w:t>
            </w:r>
          </w:p>
        </w:tc>
        <w:tc>
          <w:tcPr>
            <w:tcW w:w="26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903FFF" w14:textId="77777777" w:rsidR="005B224D" w:rsidRPr="00261A61" w:rsidRDefault="00000000">
            <w:pPr>
              <w:spacing w:before="20" w:after="20" w:line="240" w:lineRule="auto"/>
              <w:rPr>
                <w:rFonts w:ascii="Verdana" w:hAnsi="Verdana"/>
                <w:sz w:val="28"/>
                <w:szCs w:val="28"/>
              </w:rPr>
            </w:pPr>
            <w:r w:rsidRPr="00261A61">
              <w:rPr>
                <w:rFonts w:ascii="Segoe UI Symbol" w:hAnsi="Segoe UI Symbol" w:cs="Segoe UI Symbol"/>
                <w:sz w:val="24"/>
                <w:szCs w:val="28"/>
              </w:rPr>
              <w:t>☐</w:t>
            </w:r>
            <w:r w:rsidRPr="00261A61">
              <w:rPr>
                <w:rFonts w:ascii="Verdana" w:hAnsi="Verdana"/>
                <w:sz w:val="24"/>
                <w:szCs w:val="28"/>
              </w:rPr>
              <w:t xml:space="preserve">  Male</w:t>
            </w:r>
          </w:p>
        </w:tc>
        <w:tc>
          <w:tcPr>
            <w:tcW w:w="26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F40A1B" w14:textId="77777777" w:rsidR="005B224D" w:rsidRPr="00261A61" w:rsidRDefault="00000000">
            <w:pPr>
              <w:spacing w:before="20" w:after="20" w:line="240" w:lineRule="auto"/>
              <w:rPr>
                <w:rFonts w:ascii="Verdana" w:hAnsi="Verdana"/>
                <w:sz w:val="28"/>
                <w:szCs w:val="28"/>
              </w:rPr>
            </w:pPr>
            <w:r w:rsidRPr="00261A61">
              <w:rPr>
                <w:rFonts w:ascii="Segoe UI Symbol" w:hAnsi="Segoe UI Symbol" w:cs="Segoe UI Symbol"/>
                <w:sz w:val="24"/>
                <w:szCs w:val="28"/>
              </w:rPr>
              <w:t>☐</w:t>
            </w:r>
            <w:r w:rsidRPr="00261A61">
              <w:rPr>
                <w:rFonts w:ascii="Verdana" w:hAnsi="Verdana"/>
                <w:sz w:val="24"/>
                <w:szCs w:val="28"/>
              </w:rPr>
              <w:t xml:space="preserve">  Non-binary</w:t>
            </w:r>
          </w:p>
        </w:tc>
        <w:tc>
          <w:tcPr>
            <w:tcW w:w="26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3479EF" w14:textId="77777777" w:rsidR="005B224D" w:rsidRPr="00261A61" w:rsidRDefault="00000000">
            <w:pPr>
              <w:spacing w:before="20" w:after="20" w:line="240" w:lineRule="auto"/>
              <w:rPr>
                <w:rFonts w:ascii="Verdana" w:hAnsi="Verdana"/>
                <w:sz w:val="28"/>
                <w:szCs w:val="28"/>
              </w:rPr>
            </w:pPr>
            <w:r w:rsidRPr="00261A61">
              <w:rPr>
                <w:rFonts w:ascii="Segoe UI Symbol" w:hAnsi="Segoe UI Symbol" w:cs="Segoe UI Symbol"/>
                <w:sz w:val="24"/>
                <w:szCs w:val="28"/>
              </w:rPr>
              <w:t>☐</w:t>
            </w:r>
            <w:r w:rsidRPr="00261A61">
              <w:rPr>
                <w:rFonts w:ascii="Verdana" w:hAnsi="Verdana"/>
                <w:sz w:val="24"/>
                <w:szCs w:val="28"/>
              </w:rPr>
              <w:t xml:space="preserve">  Prefer not to say</w:t>
            </w:r>
          </w:p>
        </w:tc>
      </w:tr>
    </w:tbl>
    <w:p w14:paraId="1DBCEA4C" w14:textId="77777777" w:rsidR="005B224D" w:rsidRPr="00261A61" w:rsidRDefault="005B224D">
      <w:pPr>
        <w:spacing w:after="20" w:line="20" w:lineRule="exact"/>
        <w:rPr>
          <w:rFonts w:ascii="Verdana" w:hAnsi="Verdana"/>
          <w:sz w:val="28"/>
          <w:szCs w:val="28"/>
        </w:rPr>
      </w:pPr>
    </w:p>
    <w:p w14:paraId="73751C9B" w14:textId="77777777" w:rsidR="005B224D" w:rsidRPr="00261A61" w:rsidRDefault="00000000">
      <w:pPr>
        <w:spacing w:before="20" w:after="120"/>
        <w:rPr>
          <w:rFonts w:ascii="Verdana" w:hAnsi="Verdana"/>
          <w:sz w:val="28"/>
          <w:szCs w:val="28"/>
        </w:rPr>
      </w:pPr>
      <w:r w:rsidRPr="00261A61">
        <w:rPr>
          <w:rFonts w:ascii="Segoe UI Symbol" w:hAnsi="Segoe UI Symbol" w:cs="Segoe UI Symbol"/>
          <w:sz w:val="24"/>
          <w:szCs w:val="28"/>
        </w:rPr>
        <w:t>☐</w:t>
      </w:r>
      <w:r w:rsidRPr="00261A61">
        <w:rPr>
          <w:rFonts w:ascii="Verdana" w:hAnsi="Verdana"/>
          <w:sz w:val="24"/>
          <w:szCs w:val="28"/>
        </w:rPr>
        <w:t xml:space="preserve">  Prefer to self-describe: __________________________________________________</w:t>
      </w:r>
    </w:p>
    <w:p w14:paraId="6ED74C95" w14:textId="77777777" w:rsidR="005B224D" w:rsidRPr="00261A61" w:rsidRDefault="00000000">
      <w:pPr>
        <w:spacing w:after="40"/>
        <w:rPr>
          <w:rFonts w:ascii="Verdana" w:hAnsi="Verdana"/>
          <w:sz w:val="28"/>
          <w:szCs w:val="28"/>
        </w:rPr>
      </w:pPr>
      <w:r w:rsidRPr="00261A61">
        <w:rPr>
          <w:rFonts w:ascii="Verdana" w:hAnsi="Verdana"/>
          <w:sz w:val="24"/>
          <w:szCs w:val="28"/>
        </w:rPr>
        <w:t>How would you describe your sexual orientation?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52"/>
        <w:gridCol w:w="3552"/>
        <w:gridCol w:w="3552"/>
      </w:tblGrid>
      <w:tr w:rsidR="005B224D" w:rsidRPr="00261A61" w14:paraId="1E7D5912" w14:textId="77777777">
        <w:trPr>
          <w:cantSplit/>
          <w:jc w:val="center"/>
        </w:trPr>
        <w:tc>
          <w:tcPr>
            <w:tcW w:w="355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A1EE15" w14:textId="77777777" w:rsidR="005B224D" w:rsidRPr="00261A61" w:rsidRDefault="00000000">
            <w:pPr>
              <w:spacing w:before="20" w:after="20" w:line="240" w:lineRule="auto"/>
              <w:rPr>
                <w:rFonts w:ascii="Verdana" w:hAnsi="Verdana"/>
                <w:sz w:val="28"/>
                <w:szCs w:val="28"/>
              </w:rPr>
            </w:pPr>
            <w:r w:rsidRPr="00261A61">
              <w:rPr>
                <w:rFonts w:ascii="Segoe UI Symbol" w:hAnsi="Segoe UI Symbol" w:cs="Segoe UI Symbol"/>
                <w:sz w:val="24"/>
                <w:szCs w:val="28"/>
              </w:rPr>
              <w:t>☐</w:t>
            </w:r>
            <w:r w:rsidRPr="00261A61">
              <w:rPr>
                <w:rFonts w:ascii="Verdana" w:hAnsi="Verdana"/>
                <w:sz w:val="24"/>
                <w:szCs w:val="28"/>
              </w:rPr>
              <w:t xml:space="preserve">  Heterosexual</w:t>
            </w:r>
          </w:p>
        </w:tc>
        <w:tc>
          <w:tcPr>
            <w:tcW w:w="355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378281" w14:textId="77777777" w:rsidR="005B224D" w:rsidRPr="00261A61" w:rsidRDefault="00000000">
            <w:pPr>
              <w:spacing w:before="20" w:after="20" w:line="240" w:lineRule="auto"/>
              <w:rPr>
                <w:rFonts w:ascii="Verdana" w:hAnsi="Verdana"/>
                <w:sz w:val="28"/>
                <w:szCs w:val="28"/>
              </w:rPr>
            </w:pPr>
            <w:r w:rsidRPr="00261A61">
              <w:rPr>
                <w:rFonts w:ascii="Segoe UI Symbol" w:hAnsi="Segoe UI Symbol" w:cs="Segoe UI Symbol"/>
                <w:sz w:val="24"/>
                <w:szCs w:val="28"/>
              </w:rPr>
              <w:t>☐</w:t>
            </w:r>
            <w:r w:rsidRPr="00261A61">
              <w:rPr>
                <w:rFonts w:ascii="Verdana" w:hAnsi="Verdana"/>
                <w:sz w:val="24"/>
                <w:szCs w:val="28"/>
              </w:rPr>
              <w:t xml:space="preserve">  Gay / Lesbian</w:t>
            </w:r>
          </w:p>
        </w:tc>
        <w:tc>
          <w:tcPr>
            <w:tcW w:w="355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9677C3" w14:textId="77777777" w:rsidR="005B224D" w:rsidRPr="00261A61" w:rsidRDefault="00000000">
            <w:pPr>
              <w:spacing w:before="20" w:after="20" w:line="240" w:lineRule="auto"/>
              <w:rPr>
                <w:rFonts w:ascii="Verdana" w:hAnsi="Verdana"/>
                <w:sz w:val="28"/>
                <w:szCs w:val="28"/>
              </w:rPr>
            </w:pPr>
            <w:r w:rsidRPr="00261A61">
              <w:rPr>
                <w:rFonts w:ascii="Segoe UI Symbol" w:hAnsi="Segoe UI Symbol" w:cs="Segoe UI Symbol"/>
                <w:sz w:val="24"/>
                <w:szCs w:val="28"/>
              </w:rPr>
              <w:t>☐</w:t>
            </w:r>
            <w:r w:rsidRPr="00261A61">
              <w:rPr>
                <w:rFonts w:ascii="Verdana" w:hAnsi="Verdana"/>
                <w:sz w:val="24"/>
                <w:szCs w:val="28"/>
              </w:rPr>
              <w:t xml:space="preserve">  Bisexual</w:t>
            </w:r>
          </w:p>
        </w:tc>
      </w:tr>
      <w:tr w:rsidR="005B224D" w:rsidRPr="00261A61" w14:paraId="3B219BD7" w14:textId="77777777">
        <w:trPr>
          <w:cantSplit/>
          <w:jc w:val="center"/>
        </w:trPr>
        <w:tc>
          <w:tcPr>
            <w:tcW w:w="355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CECA3A" w14:textId="77777777" w:rsidR="005B224D" w:rsidRPr="00261A61" w:rsidRDefault="00000000">
            <w:pPr>
              <w:spacing w:before="20" w:after="20" w:line="240" w:lineRule="auto"/>
              <w:rPr>
                <w:rFonts w:ascii="Verdana" w:hAnsi="Verdana"/>
                <w:sz w:val="28"/>
                <w:szCs w:val="28"/>
              </w:rPr>
            </w:pPr>
            <w:r w:rsidRPr="00261A61">
              <w:rPr>
                <w:rFonts w:ascii="Segoe UI Symbol" w:hAnsi="Segoe UI Symbol" w:cs="Segoe UI Symbol"/>
                <w:sz w:val="24"/>
                <w:szCs w:val="28"/>
              </w:rPr>
              <w:t>☐</w:t>
            </w:r>
            <w:r w:rsidRPr="00261A61">
              <w:rPr>
                <w:rFonts w:ascii="Verdana" w:hAnsi="Verdana"/>
                <w:sz w:val="24"/>
                <w:szCs w:val="28"/>
              </w:rPr>
              <w:t xml:space="preserve">  Asexual</w:t>
            </w:r>
          </w:p>
        </w:tc>
        <w:tc>
          <w:tcPr>
            <w:tcW w:w="355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30DFE0" w14:textId="77777777" w:rsidR="005B224D" w:rsidRPr="00261A61" w:rsidRDefault="00000000">
            <w:pPr>
              <w:spacing w:before="20" w:after="20" w:line="240" w:lineRule="auto"/>
              <w:rPr>
                <w:rFonts w:ascii="Verdana" w:hAnsi="Verdana"/>
                <w:sz w:val="28"/>
                <w:szCs w:val="28"/>
              </w:rPr>
            </w:pPr>
            <w:r w:rsidRPr="00261A61">
              <w:rPr>
                <w:rFonts w:ascii="Segoe UI Symbol" w:hAnsi="Segoe UI Symbol" w:cs="Segoe UI Symbol"/>
                <w:sz w:val="24"/>
                <w:szCs w:val="28"/>
              </w:rPr>
              <w:t>☐</w:t>
            </w:r>
            <w:r w:rsidRPr="00261A61">
              <w:rPr>
                <w:rFonts w:ascii="Verdana" w:hAnsi="Verdana"/>
                <w:sz w:val="24"/>
                <w:szCs w:val="28"/>
              </w:rPr>
              <w:t xml:space="preserve">  Prefer not to say</w:t>
            </w:r>
          </w:p>
        </w:tc>
        <w:tc>
          <w:tcPr>
            <w:tcW w:w="355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094ED1" w14:textId="77777777" w:rsidR="005B224D" w:rsidRPr="00261A61" w:rsidRDefault="005B224D">
            <w:pPr>
              <w:spacing w:before="20" w:after="20" w:line="240" w:lineRule="auto"/>
              <w:rPr>
                <w:rFonts w:ascii="Verdana" w:hAnsi="Verdana"/>
                <w:sz w:val="28"/>
                <w:szCs w:val="28"/>
              </w:rPr>
            </w:pPr>
          </w:p>
        </w:tc>
      </w:tr>
    </w:tbl>
    <w:p w14:paraId="136460F3" w14:textId="77777777" w:rsidR="005B224D" w:rsidRPr="00261A61" w:rsidRDefault="005B224D">
      <w:pPr>
        <w:spacing w:after="20" w:line="20" w:lineRule="exact"/>
        <w:rPr>
          <w:rFonts w:ascii="Verdana" w:hAnsi="Verdana"/>
          <w:sz w:val="28"/>
          <w:szCs w:val="28"/>
        </w:rPr>
      </w:pPr>
    </w:p>
    <w:p w14:paraId="0CE7F597" w14:textId="77777777" w:rsidR="005B224D" w:rsidRPr="00261A61" w:rsidRDefault="00000000">
      <w:pPr>
        <w:spacing w:before="20" w:after="120"/>
        <w:rPr>
          <w:rFonts w:ascii="Verdana" w:hAnsi="Verdana"/>
          <w:sz w:val="28"/>
          <w:szCs w:val="28"/>
        </w:rPr>
      </w:pPr>
      <w:r w:rsidRPr="00261A61">
        <w:rPr>
          <w:rFonts w:ascii="Segoe UI Symbol" w:hAnsi="Segoe UI Symbol" w:cs="Segoe UI Symbol"/>
          <w:sz w:val="24"/>
          <w:szCs w:val="28"/>
        </w:rPr>
        <w:t>☐</w:t>
      </w:r>
      <w:r w:rsidRPr="00261A61">
        <w:rPr>
          <w:rFonts w:ascii="Verdana" w:hAnsi="Verdana"/>
          <w:sz w:val="24"/>
          <w:szCs w:val="28"/>
        </w:rPr>
        <w:t xml:space="preserve">  Prefer to self-describe: __________________________________________________</w:t>
      </w:r>
    </w:p>
    <w:p w14:paraId="251CEA97" w14:textId="77777777" w:rsidR="00261A61" w:rsidRPr="00261A61" w:rsidRDefault="00261A61">
      <w:pPr>
        <w:keepNext/>
        <w:spacing w:before="120" w:after="40"/>
        <w:rPr>
          <w:rFonts w:ascii="Verdana" w:hAnsi="Verdana"/>
          <w:b/>
          <w:sz w:val="32"/>
          <w:szCs w:val="28"/>
        </w:rPr>
      </w:pPr>
    </w:p>
    <w:p w14:paraId="39C554E2" w14:textId="5E3151D3" w:rsidR="005B224D" w:rsidRPr="00261A61" w:rsidRDefault="00000000">
      <w:pPr>
        <w:keepNext/>
        <w:spacing w:before="120" w:after="40"/>
        <w:rPr>
          <w:rFonts w:ascii="Verdana" w:hAnsi="Verdana"/>
          <w:sz w:val="28"/>
          <w:szCs w:val="28"/>
        </w:rPr>
      </w:pPr>
      <w:r w:rsidRPr="00261A61">
        <w:rPr>
          <w:rFonts w:ascii="Verdana" w:hAnsi="Verdana"/>
          <w:b/>
          <w:sz w:val="32"/>
          <w:szCs w:val="28"/>
        </w:rPr>
        <w:t>3. Disability / Long-Term Health Condition</w:t>
      </w:r>
    </w:p>
    <w:p w14:paraId="62563053" w14:textId="77777777" w:rsidR="005B224D" w:rsidRPr="00261A61" w:rsidRDefault="00000000">
      <w:pPr>
        <w:spacing w:after="60"/>
        <w:rPr>
          <w:rFonts w:ascii="Verdana" w:hAnsi="Verdana"/>
          <w:sz w:val="32"/>
          <w:szCs w:val="32"/>
        </w:rPr>
      </w:pPr>
      <w:r w:rsidRPr="00261A61">
        <w:rPr>
          <w:rFonts w:ascii="Verdana" w:hAnsi="Verdana"/>
          <w:sz w:val="24"/>
          <w:szCs w:val="32"/>
        </w:rPr>
        <w:t>Under Section 6 of the UK Equality Act 2010, a person is defined as disabled if they have a physical or mental impairment that has a "substantial" and "long-term" adverse effect on their ability to carry out normal day-to-day activities.</w:t>
      </w:r>
      <w:r w:rsidRPr="00261A61">
        <w:rPr>
          <w:rFonts w:ascii="Verdana" w:hAnsi="Verdana"/>
          <w:sz w:val="24"/>
          <w:szCs w:val="32"/>
        </w:rPr>
        <w:br/>
        <w:t>Do you consider yourself to have a disability or long-term health condition?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52"/>
        <w:gridCol w:w="3552"/>
        <w:gridCol w:w="3552"/>
      </w:tblGrid>
      <w:tr w:rsidR="005B224D" w:rsidRPr="00261A61" w14:paraId="2616CF42" w14:textId="77777777">
        <w:trPr>
          <w:cantSplit/>
          <w:jc w:val="center"/>
        </w:trPr>
        <w:tc>
          <w:tcPr>
            <w:tcW w:w="355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88D245" w14:textId="77777777" w:rsidR="005B224D" w:rsidRPr="00261A61" w:rsidRDefault="00000000">
            <w:pPr>
              <w:spacing w:before="20" w:after="20" w:line="240" w:lineRule="auto"/>
              <w:rPr>
                <w:rFonts w:ascii="Verdana" w:hAnsi="Verdana"/>
                <w:sz w:val="28"/>
                <w:szCs w:val="28"/>
              </w:rPr>
            </w:pPr>
            <w:r w:rsidRPr="00261A61">
              <w:rPr>
                <w:rFonts w:ascii="Segoe UI Symbol" w:hAnsi="Segoe UI Symbol" w:cs="Segoe UI Symbol"/>
                <w:sz w:val="24"/>
                <w:szCs w:val="28"/>
              </w:rPr>
              <w:t>☐</w:t>
            </w:r>
            <w:r w:rsidRPr="00261A61">
              <w:rPr>
                <w:rFonts w:ascii="Verdana" w:hAnsi="Verdana"/>
                <w:sz w:val="24"/>
                <w:szCs w:val="28"/>
              </w:rPr>
              <w:t xml:space="preserve">  Yes</w:t>
            </w:r>
          </w:p>
        </w:tc>
        <w:tc>
          <w:tcPr>
            <w:tcW w:w="355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F76D0B" w14:textId="77777777" w:rsidR="005B224D" w:rsidRPr="00261A61" w:rsidRDefault="00000000">
            <w:pPr>
              <w:spacing w:before="20" w:after="20" w:line="240" w:lineRule="auto"/>
              <w:rPr>
                <w:rFonts w:ascii="Verdana" w:hAnsi="Verdana"/>
                <w:sz w:val="28"/>
                <w:szCs w:val="28"/>
              </w:rPr>
            </w:pPr>
            <w:r w:rsidRPr="00261A61">
              <w:rPr>
                <w:rFonts w:ascii="Segoe UI Symbol" w:hAnsi="Segoe UI Symbol" w:cs="Segoe UI Symbol"/>
                <w:sz w:val="24"/>
                <w:szCs w:val="28"/>
              </w:rPr>
              <w:t>☐</w:t>
            </w:r>
            <w:r w:rsidRPr="00261A61">
              <w:rPr>
                <w:rFonts w:ascii="Verdana" w:hAnsi="Verdana"/>
                <w:sz w:val="24"/>
                <w:szCs w:val="28"/>
              </w:rPr>
              <w:t xml:space="preserve">  No</w:t>
            </w:r>
          </w:p>
        </w:tc>
        <w:tc>
          <w:tcPr>
            <w:tcW w:w="355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1F1FE1" w14:textId="457659F8" w:rsidR="005B224D" w:rsidRPr="00261A61" w:rsidRDefault="00261A61">
            <w:pPr>
              <w:spacing w:before="20" w:after="20" w:line="240" w:lineRule="auto"/>
              <w:rPr>
                <w:rFonts w:ascii="Verdana" w:hAnsi="Verdana"/>
                <w:sz w:val="28"/>
                <w:szCs w:val="28"/>
              </w:rPr>
            </w:pPr>
            <w:r w:rsidRPr="00261A61">
              <w:rPr>
                <w:rFonts w:ascii="Segoe UI Symbol" w:hAnsi="Segoe UI Symbol" w:cs="Segoe UI Symbol"/>
                <w:sz w:val="24"/>
                <w:szCs w:val="28"/>
              </w:rPr>
              <w:t>☐</w:t>
            </w:r>
            <w:r w:rsidRPr="00261A61">
              <w:rPr>
                <w:rFonts w:ascii="Verdana" w:hAnsi="Verdana"/>
                <w:sz w:val="24"/>
                <w:szCs w:val="28"/>
              </w:rPr>
              <w:t xml:space="preserve"> Prefer</w:t>
            </w:r>
            <w:r w:rsidR="00000000" w:rsidRPr="00261A61">
              <w:rPr>
                <w:rFonts w:ascii="Verdana" w:hAnsi="Verdana"/>
                <w:sz w:val="24"/>
                <w:szCs w:val="28"/>
              </w:rPr>
              <w:t xml:space="preserve"> not to say</w:t>
            </w:r>
            <w:r>
              <w:rPr>
                <w:rFonts w:ascii="Verdana" w:hAnsi="Verdana"/>
                <w:sz w:val="24"/>
                <w:szCs w:val="28"/>
              </w:rPr>
              <w:t xml:space="preserve"> </w:t>
            </w:r>
          </w:p>
        </w:tc>
      </w:tr>
    </w:tbl>
    <w:p w14:paraId="5419EC9E" w14:textId="77777777" w:rsidR="005B224D" w:rsidRPr="00261A61" w:rsidRDefault="005B224D">
      <w:pPr>
        <w:spacing w:after="20" w:line="20" w:lineRule="exact"/>
        <w:rPr>
          <w:rFonts w:ascii="Verdana" w:hAnsi="Verdana"/>
          <w:sz w:val="28"/>
          <w:szCs w:val="28"/>
        </w:rPr>
      </w:pPr>
    </w:p>
    <w:p w14:paraId="18FF7E82" w14:textId="77777777" w:rsidR="00261A61" w:rsidRDefault="00261A61">
      <w:pPr>
        <w:spacing w:after="40"/>
        <w:rPr>
          <w:rFonts w:ascii="Verdana" w:hAnsi="Verdana"/>
          <w:i/>
          <w:sz w:val="24"/>
          <w:szCs w:val="28"/>
        </w:rPr>
      </w:pPr>
    </w:p>
    <w:p w14:paraId="02576C05" w14:textId="77777777" w:rsidR="00261A61" w:rsidRDefault="00261A61">
      <w:pPr>
        <w:spacing w:after="40"/>
        <w:rPr>
          <w:rFonts w:ascii="Verdana" w:hAnsi="Verdana"/>
          <w:i/>
          <w:sz w:val="24"/>
          <w:szCs w:val="28"/>
        </w:rPr>
      </w:pPr>
    </w:p>
    <w:p w14:paraId="01975AD8" w14:textId="1CA50903" w:rsidR="005B224D" w:rsidRPr="00261A61" w:rsidRDefault="00000000">
      <w:pPr>
        <w:spacing w:after="40"/>
        <w:rPr>
          <w:rFonts w:ascii="Verdana" w:hAnsi="Verdana"/>
          <w:sz w:val="28"/>
          <w:szCs w:val="28"/>
        </w:rPr>
      </w:pPr>
      <w:r w:rsidRPr="00261A61">
        <w:rPr>
          <w:rFonts w:ascii="Verdana" w:hAnsi="Verdana"/>
          <w:i/>
          <w:sz w:val="24"/>
          <w:szCs w:val="28"/>
        </w:rPr>
        <w:t>(For equality monitoring only; separate from any request for reasonable adjustments.)</w:t>
      </w:r>
    </w:p>
    <w:p w14:paraId="6662537E" w14:textId="77777777" w:rsidR="00261A61" w:rsidRDefault="00261A61">
      <w:pPr>
        <w:keepNext/>
        <w:spacing w:before="120" w:after="40"/>
        <w:rPr>
          <w:rFonts w:ascii="Verdana" w:hAnsi="Verdana"/>
          <w:b/>
          <w:sz w:val="32"/>
          <w:szCs w:val="28"/>
        </w:rPr>
      </w:pPr>
    </w:p>
    <w:p w14:paraId="78C08492" w14:textId="77777777" w:rsidR="00261A61" w:rsidRDefault="00261A61">
      <w:pPr>
        <w:keepNext/>
        <w:spacing w:before="120" w:after="40"/>
        <w:rPr>
          <w:rFonts w:ascii="Verdana" w:hAnsi="Verdana"/>
          <w:b/>
          <w:sz w:val="32"/>
          <w:szCs w:val="28"/>
        </w:rPr>
      </w:pPr>
    </w:p>
    <w:p w14:paraId="2684C419" w14:textId="0CAADA57" w:rsidR="005B224D" w:rsidRPr="00261A61" w:rsidRDefault="00000000">
      <w:pPr>
        <w:keepNext/>
        <w:spacing w:before="120" w:after="40"/>
        <w:rPr>
          <w:rFonts w:ascii="Verdana" w:hAnsi="Verdana"/>
          <w:sz w:val="28"/>
          <w:szCs w:val="28"/>
        </w:rPr>
      </w:pPr>
      <w:r w:rsidRPr="00261A61">
        <w:rPr>
          <w:rFonts w:ascii="Verdana" w:hAnsi="Verdana"/>
          <w:b/>
          <w:sz w:val="32"/>
          <w:szCs w:val="28"/>
        </w:rPr>
        <w:t>4. Ethnic Background</w:t>
      </w:r>
    </w:p>
    <w:p w14:paraId="4E63AC54" w14:textId="77777777" w:rsidR="005B224D" w:rsidRPr="00261A61" w:rsidRDefault="00000000">
      <w:pPr>
        <w:spacing w:after="40"/>
        <w:rPr>
          <w:rFonts w:ascii="Verdana" w:hAnsi="Verdana"/>
          <w:sz w:val="28"/>
          <w:szCs w:val="28"/>
        </w:rPr>
      </w:pPr>
      <w:r w:rsidRPr="00261A61">
        <w:rPr>
          <w:rFonts w:ascii="Verdana" w:hAnsi="Verdana"/>
          <w:sz w:val="24"/>
          <w:szCs w:val="28"/>
        </w:rPr>
        <w:t>Which ethnic group best describes you?</w:t>
      </w:r>
    </w:p>
    <w:p w14:paraId="60D6EF2A" w14:textId="77777777" w:rsidR="005B224D" w:rsidRPr="00261A61" w:rsidRDefault="00000000">
      <w:pPr>
        <w:keepNext/>
        <w:spacing w:before="60" w:after="20"/>
        <w:rPr>
          <w:rFonts w:ascii="Verdana" w:hAnsi="Verdana"/>
          <w:sz w:val="28"/>
          <w:szCs w:val="28"/>
        </w:rPr>
      </w:pPr>
      <w:r w:rsidRPr="00261A61">
        <w:rPr>
          <w:rFonts w:ascii="Verdana" w:hAnsi="Verdana"/>
          <w:b/>
          <w:i/>
          <w:sz w:val="24"/>
          <w:szCs w:val="28"/>
        </w:rPr>
        <w:t>Asian / Asian British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64"/>
        <w:gridCol w:w="2664"/>
        <w:gridCol w:w="2664"/>
        <w:gridCol w:w="2664"/>
      </w:tblGrid>
      <w:tr w:rsidR="005B224D" w:rsidRPr="00261A61" w14:paraId="390CD1ED" w14:textId="77777777">
        <w:trPr>
          <w:cantSplit/>
          <w:jc w:val="center"/>
        </w:trPr>
        <w:tc>
          <w:tcPr>
            <w:tcW w:w="26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A1FBEB" w14:textId="77777777" w:rsidR="005B224D" w:rsidRPr="00261A61" w:rsidRDefault="00000000">
            <w:pPr>
              <w:spacing w:before="20" w:after="20" w:line="240" w:lineRule="auto"/>
              <w:rPr>
                <w:rFonts w:ascii="Verdana" w:hAnsi="Verdana"/>
                <w:sz w:val="28"/>
                <w:szCs w:val="28"/>
              </w:rPr>
            </w:pPr>
            <w:r w:rsidRPr="00261A61">
              <w:rPr>
                <w:rFonts w:ascii="Segoe UI Symbol" w:hAnsi="Segoe UI Symbol" w:cs="Segoe UI Symbol"/>
                <w:sz w:val="24"/>
                <w:szCs w:val="28"/>
              </w:rPr>
              <w:t>☐</w:t>
            </w:r>
            <w:r w:rsidRPr="00261A61">
              <w:rPr>
                <w:rFonts w:ascii="Verdana" w:hAnsi="Verdana"/>
                <w:sz w:val="24"/>
                <w:szCs w:val="28"/>
              </w:rPr>
              <w:t xml:space="preserve">  Bangladeshi</w:t>
            </w:r>
          </w:p>
        </w:tc>
        <w:tc>
          <w:tcPr>
            <w:tcW w:w="26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4A4228" w14:textId="77777777" w:rsidR="005B224D" w:rsidRPr="00261A61" w:rsidRDefault="00000000">
            <w:pPr>
              <w:spacing w:before="20" w:after="20" w:line="240" w:lineRule="auto"/>
              <w:rPr>
                <w:rFonts w:ascii="Verdana" w:hAnsi="Verdana"/>
                <w:sz w:val="28"/>
                <w:szCs w:val="28"/>
              </w:rPr>
            </w:pPr>
            <w:r w:rsidRPr="00261A61">
              <w:rPr>
                <w:rFonts w:ascii="Segoe UI Symbol" w:hAnsi="Segoe UI Symbol" w:cs="Segoe UI Symbol"/>
                <w:sz w:val="24"/>
                <w:szCs w:val="28"/>
              </w:rPr>
              <w:t>☐</w:t>
            </w:r>
            <w:r w:rsidRPr="00261A61">
              <w:rPr>
                <w:rFonts w:ascii="Verdana" w:hAnsi="Verdana"/>
                <w:sz w:val="24"/>
                <w:szCs w:val="28"/>
              </w:rPr>
              <w:t xml:space="preserve">  Chinese</w:t>
            </w:r>
          </w:p>
        </w:tc>
        <w:tc>
          <w:tcPr>
            <w:tcW w:w="26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D8E5EE" w14:textId="77777777" w:rsidR="005B224D" w:rsidRPr="00261A61" w:rsidRDefault="00000000">
            <w:pPr>
              <w:spacing w:before="20" w:after="20" w:line="240" w:lineRule="auto"/>
              <w:rPr>
                <w:rFonts w:ascii="Verdana" w:hAnsi="Verdana"/>
                <w:sz w:val="28"/>
                <w:szCs w:val="28"/>
              </w:rPr>
            </w:pPr>
            <w:r w:rsidRPr="00261A61">
              <w:rPr>
                <w:rFonts w:ascii="Segoe UI Symbol" w:hAnsi="Segoe UI Symbol" w:cs="Segoe UI Symbol"/>
                <w:sz w:val="24"/>
                <w:szCs w:val="28"/>
              </w:rPr>
              <w:t>☐</w:t>
            </w:r>
            <w:r w:rsidRPr="00261A61">
              <w:rPr>
                <w:rFonts w:ascii="Verdana" w:hAnsi="Verdana"/>
                <w:sz w:val="24"/>
                <w:szCs w:val="28"/>
              </w:rPr>
              <w:t xml:space="preserve">  Indian</w:t>
            </w:r>
          </w:p>
        </w:tc>
        <w:tc>
          <w:tcPr>
            <w:tcW w:w="26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F9966E" w14:textId="77777777" w:rsidR="005B224D" w:rsidRPr="00261A61" w:rsidRDefault="00000000">
            <w:pPr>
              <w:spacing w:before="20" w:after="20" w:line="240" w:lineRule="auto"/>
              <w:rPr>
                <w:rFonts w:ascii="Verdana" w:hAnsi="Verdana"/>
                <w:sz w:val="28"/>
                <w:szCs w:val="28"/>
              </w:rPr>
            </w:pPr>
            <w:r w:rsidRPr="00261A61">
              <w:rPr>
                <w:rFonts w:ascii="Segoe UI Symbol" w:hAnsi="Segoe UI Symbol" w:cs="Segoe UI Symbol"/>
                <w:sz w:val="24"/>
                <w:szCs w:val="28"/>
              </w:rPr>
              <w:t>☐</w:t>
            </w:r>
            <w:r w:rsidRPr="00261A61">
              <w:rPr>
                <w:rFonts w:ascii="Verdana" w:hAnsi="Verdana"/>
                <w:sz w:val="24"/>
                <w:szCs w:val="28"/>
              </w:rPr>
              <w:t xml:space="preserve">  Pakistani</w:t>
            </w:r>
          </w:p>
        </w:tc>
      </w:tr>
    </w:tbl>
    <w:p w14:paraId="3BDE5461" w14:textId="77777777" w:rsidR="005B224D" w:rsidRPr="00261A61" w:rsidRDefault="005B224D">
      <w:pPr>
        <w:spacing w:after="20" w:line="20" w:lineRule="exact"/>
        <w:rPr>
          <w:rFonts w:ascii="Verdana" w:hAnsi="Verdana"/>
          <w:sz w:val="28"/>
          <w:szCs w:val="28"/>
        </w:rPr>
      </w:pPr>
    </w:p>
    <w:p w14:paraId="5B57DA90" w14:textId="77777777" w:rsidR="005B224D" w:rsidRPr="00261A61" w:rsidRDefault="00000000">
      <w:pPr>
        <w:spacing w:after="80"/>
        <w:rPr>
          <w:rFonts w:ascii="Verdana" w:hAnsi="Verdana"/>
          <w:sz w:val="28"/>
          <w:szCs w:val="28"/>
        </w:rPr>
      </w:pPr>
      <w:r w:rsidRPr="00261A61">
        <w:rPr>
          <w:rFonts w:ascii="Segoe UI Symbol" w:hAnsi="Segoe UI Symbol" w:cs="Segoe UI Symbol"/>
          <w:sz w:val="24"/>
          <w:szCs w:val="28"/>
        </w:rPr>
        <w:t>☐</w:t>
      </w:r>
      <w:r w:rsidRPr="00261A61">
        <w:rPr>
          <w:rFonts w:ascii="Verdana" w:hAnsi="Verdana"/>
          <w:sz w:val="24"/>
          <w:szCs w:val="28"/>
        </w:rPr>
        <w:t xml:space="preserve">  Any other Asian background: ______________________________________</w:t>
      </w:r>
    </w:p>
    <w:p w14:paraId="5468B189" w14:textId="77777777" w:rsidR="005B224D" w:rsidRPr="00261A61" w:rsidRDefault="00000000">
      <w:pPr>
        <w:keepNext/>
        <w:spacing w:before="60" w:after="20"/>
        <w:rPr>
          <w:rFonts w:ascii="Verdana" w:hAnsi="Verdana"/>
          <w:sz w:val="28"/>
          <w:szCs w:val="28"/>
        </w:rPr>
      </w:pPr>
      <w:r w:rsidRPr="00261A61">
        <w:rPr>
          <w:rFonts w:ascii="Verdana" w:hAnsi="Verdana"/>
          <w:b/>
          <w:i/>
          <w:sz w:val="24"/>
          <w:szCs w:val="28"/>
        </w:rPr>
        <w:t>Black / Black British / Caribbean / African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8"/>
        <w:gridCol w:w="5328"/>
      </w:tblGrid>
      <w:tr w:rsidR="005B224D" w:rsidRPr="00261A61" w14:paraId="0AA48368" w14:textId="77777777">
        <w:trPr>
          <w:cantSplit/>
          <w:jc w:val="center"/>
        </w:trPr>
        <w:tc>
          <w:tcPr>
            <w:tcW w:w="532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6FABD6" w14:textId="77777777" w:rsidR="005B224D" w:rsidRPr="00261A61" w:rsidRDefault="00000000">
            <w:pPr>
              <w:spacing w:before="20" w:after="20" w:line="240" w:lineRule="auto"/>
              <w:rPr>
                <w:rFonts w:ascii="Verdana" w:hAnsi="Verdana"/>
                <w:sz w:val="28"/>
                <w:szCs w:val="28"/>
              </w:rPr>
            </w:pPr>
            <w:r w:rsidRPr="00261A61">
              <w:rPr>
                <w:rFonts w:ascii="Segoe UI Symbol" w:hAnsi="Segoe UI Symbol" w:cs="Segoe UI Symbol"/>
                <w:sz w:val="24"/>
                <w:szCs w:val="28"/>
              </w:rPr>
              <w:t>☐</w:t>
            </w:r>
            <w:r w:rsidRPr="00261A61">
              <w:rPr>
                <w:rFonts w:ascii="Verdana" w:hAnsi="Verdana"/>
                <w:sz w:val="24"/>
                <w:szCs w:val="28"/>
              </w:rPr>
              <w:t xml:space="preserve">  African</w:t>
            </w:r>
          </w:p>
        </w:tc>
        <w:tc>
          <w:tcPr>
            <w:tcW w:w="532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200D22" w14:textId="77777777" w:rsidR="005B224D" w:rsidRPr="00261A61" w:rsidRDefault="00000000">
            <w:pPr>
              <w:spacing w:before="20" w:after="20" w:line="240" w:lineRule="auto"/>
              <w:rPr>
                <w:rFonts w:ascii="Verdana" w:hAnsi="Verdana"/>
                <w:sz w:val="28"/>
                <w:szCs w:val="28"/>
              </w:rPr>
            </w:pPr>
            <w:r w:rsidRPr="00261A61">
              <w:rPr>
                <w:rFonts w:ascii="Segoe UI Symbol" w:hAnsi="Segoe UI Symbol" w:cs="Segoe UI Symbol"/>
                <w:sz w:val="24"/>
                <w:szCs w:val="28"/>
              </w:rPr>
              <w:t>☐</w:t>
            </w:r>
            <w:r w:rsidRPr="00261A61">
              <w:rPr>
                <w:rFonts w:ascii="Verdana" w:hAnsi="Verdana"/>
                <w:sz w:val="24"/>
                <w:szCs w:val="28"/>
              </w:rPr>
              <w:t xml:space="preserve">  Caribbean</w:t>
            </w:r>
          </w:p>
        </w:tc>
      </w:tr>
    </w:tbl>
    <w:p w14:paraId="6451ED25" w14:textId="77777777" w:rsidR="005B224D" w:rsidRPr="00261A61" w:rsidRDefault="005B224D">
      <w:pPr>
        <w:spacing w:after="20" w:line="20" w:lineRule="exact"/>
        <w:rPr>
          <w:rFonts w:ascii="Verdana" w:hAnsi="Verdana"/>
          <w:sz w:val="28"/>
          <w:szCs w:val="28"/>
        </w:rPr>
      </w:pPr>
    </w:p>
    <w:p w14:paraId="36037F68" w14:textId="77777777" w:rsidR="005B224D" w:rsidRPr="00261A61" w:rsidRDefault="00000000">
      <w:pPr>
        <w:spacing w:after="80"/>
        <w:rPr>
          <w:rFonts w:ascii="Verdana" w:hAnsi="Verdana"/>
          <w:sz w:val="28"/>
          <w:szCs w:val="28"/>
        </w:rPr>
      </w:pPr>
      <w:r w:rsidRPr="00261A61">
        <w:rPr>
          <w:rFonts w:ascii="Segoe UI Symbol" w:hAnsi="Segoe UI Symbol" w:cs="Segoe UI Symbol"/>
          <w:sz w:val="24"/>
          <w:szCs w:val="28"/>
        </w:rPr>
        <w:t>☐</w:t>
      </w:r>
      <w:r w:rsidRPr="00261A61">
        <w:rPr>
          <w:rFonts w:ascii="Verdana" w:hAnsi="Verdana"/>
          <w:sz w:val="24"/>
          <w:szCs w:val="28"/>
        </w:rPr>
        <w:t xml:space="preserve">  Any other Black background: ______________________________________</w:t>
      </w:r>
    </w:p>
    <w:p w14:paraId="3F3B7FE3" w14:textId="77777777" w:rsidR="005B224D" w:rsidRPr="00261A61" w:rsidRDefault="00000000">
      <w:pPr>
        <w:keepNext/>
        <w:spacing w:before="60" w:after="20"/>
        <w:rPr>
          <w:rFonts w:ascii="Verdana" w:hAnsi="Verdana"/>
          <w:sz w:val="28"/>
          <w:szCs w:val="28"/>
        </w:rPr>
      </w:pPr>
      <w:r w:rsidRPr="00261A61">
        <w:rPr>
          <w:rFonts w:ascii="Verdana" w:hAnsi="Verdana"/>
          <w:b/>
          <w:i/>
          <w:sz w:val="24"/>
          <w:szCs w:val="28"/>
        </w:rPr>
        <w:t>Mixed / Multiple ethnic groups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52"/>
        <w:gridCol w:w="3552"/>
        <w:gridCol w:w="3552"/>
      </w:tblGrid>
      <w:tr w:rsidR="005B224D" w:rsidRPr="00261A61" w14:paraId="4A42A942" w14:textId="77777777">
        <w:trPr>
          <w:cantSplit/>
          <w:jc w:val="center"/>
        </w:trPr>
        <w:tc>
          <w:tcPr>
            <w:tcW w:w="355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A60FC3" w14:textId="77777777" w:rsidR="005B224D" w:rsidRPr="00261A61" w:rsidRDefault="00000000">
            <w:pPr>
              <w:spacing w:before="20" w:after="20" w:line="240" w:lineRule="auto"/>
              <w:rPr>
                <w:rFonts w:ascii="Verdana" w:hAnsi="Verdana"/>
                <w:sz w:val="28"/>
                <w:szCs w:val="28"/>
              </w:rPr>
            </w:pPr>
            <w:r w:rsidRPr="00261A61">
              <w:rPr>
                <w:rFonts w:ascii="Segoe UI Symbol" w:hAnsi="Segoe UI Symbol" w:cs="Segoe UI Symbol"/>
                <w:sz w:val="24"/>
                <w:szCs w:val="28"/>
              </w:rPr>
              <w:t>☐</w:t>
            </w:r>
            <w:r w:rsidRPr="00261A61">
              <w:rPr>
                <w:rFonts w:ascii="Verdana" w:hAnsi="Verdana"/>
                <w:sz w:val="24"/>
                <w:szCs w:val="28"/>
              </w:rPr>
              <w:t xml:space="preserve">  White &amp; Asian</w:t>
            </w:r>
          </w:p>
        </w:tc>
        <w:tc>
          <w:tcPr>
            <w:tcW w:w="355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B7A60C" w14:textId="77777777" w:rsidR="005B224D" w:rsidRPr="00261A61" w:rsidRDefault="00000000">
            <w:pPr>
              <w:spacing w:before="20" w:after="20" w:line="240" w:lineRule="auto"/>
              <w:rPr>
                <w:rFonts w:ascii="Verdana" w:hAnsi="Verdana"/>
                <w:sz w:val="28"/>
                <w:szCs w:val="28"/>
              </w:rPr>
            </w:pPr>
            <w:r w:rsidRPr="00261A61">
              <w:rPr>
                <w:rFonts w:ascii="Segoe UI Symbol" w:hAnsi="Segoe UI Symbol" w:cs="Segoe UI Symbol"/>
                <w:sz w:val="24"/>
                <w:szCs w:val="28"/>
              </w:rPr>
              <w:t>☐</w:t>
            </w:r>
            <w:r w:rsidRPr="00261A61">
              <w:rPr>
                <w:rFonts w:ascii="Verdana" w:hAnsi="Verdana"/>
                <w:sz w:val="24"/>
                <w:szCs w:val="28"/>
              </w:rPr>
              <w:t xml:space="preserve">  White &amp; Black African</w:t>
            </w:r>
          </w:p>
        </w:tc>
        <w:tc>
          <w:tcPr>
            <w:tcW w:w="355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69FE04" w14:textId="77777777" w:rsidR="005B224D" w:rsidRPr="00261A61" w:rsidRDefault="00000000">
            <w:pPr>
              <w:spacing w:before="20" w:after="20" w:line="240" w:lineRule="auto"/>
              <w:rPr>
                <w:rFonts w:ascii="Verdana" w:hAnsi="Verdana"/>
                <w:sz w:val="28"/>
                <w:szCs w:val="28"/>
              </w:rPr>
            </w:pPr>
            <w:r w:rsidRPr="00261A61">
              <w:rPr>
                <w:rFonts w:ascii="Segoe UI Symbol" w:hAnsi="Segoe UI Symbol" w:cs="Segoe UI Symbol"/>
                <w:sz w:val="24"/>
                <w:szCs w:val="28"/>
              </w:rPr>
              <w:t>☐</w:t>
            </w:r>
            <w:r w:rsidRPr="00261A61">
              <w:rPr>
                <w:rFonts w:ascii="Verdana" w:hAnsi="Verdana"/>
                <w:sz w:val="24"/>
                <w:szCs w:val="28"/>
              </w:rPr>
              <w:t xml:space="preserve">  White &amp; Black Caribbean</w:t>
            </w:r>
          </w:p>
        </w:tc>
      </w:tr>
    </w:tbl>
    <w:p w14:paraId="7A641F97" w14:textId="77777777" w:rsidR="005B224D" w:rsidRPr="00261A61" w:rsidRDefault="005B224D">
      <w:pPr>
        <w:spacing w:after="20" w:line="20" w:lineRule="exact"/>
        <w:rPr>
          <w:rFonts w:ascii="Verdana" w:hAnsi="Verdana"/>
          <w:sz w:val="28"/>
          <w:szCs w:val="28"/>
        </w:rPr>
      </w:pPr>
    </w:p>
    <w:p w14:paraId="6E1CE328" w14:textId="77777777" w:rsidR="005B224D" w:rsidRPr="00261A61" w:rsidRDefault="00000000">
      <w:pPr>
        <w:spacing w:after="80"/>
        <w:rPr>
          <w:rFonts w:ascii="Verdana" w:hAnsi="Verdana"/>
          <w:sz w:val="28"/>
          <w:szCs w:val="28"/>
        </w:rPr>
      </w:pPr>
      <w:r w:rsidRPr="00261A61">
        <w:rPr>
          <w:rFonts w:ascii="Segoe UI Symbol" w:hAnsi="Segoe UI Symbol" w:cs="Segoe UI Symbol"/>
          <w:sz w:val="24"/>
          <w:szCs w:val="28"/>
        </w:rPr>
        <w:t>☐</w:t>
      </w:r>
      <w:r w:rsidRPr="00261A61">
        <w:rPr>
          <w:rFonts w:ascii="Verdana" w:hAnsi="Verdana"/>
          <w:sz w:val="24"/>
          <w:szCs w:val="28"/>
        </w:rPr>
        <w:t xml:space="preserve">  Any other Mixed / Multiple background: ____________________________</w:t>
      </w:r>
    </w:p>
    <w:p w14:paraId="654366BF" w14:textId="77777777" w:rsidR="005B224D" w:rsidRPr="00261A61" w:rsidRDefault="00000000">
      <w:pPr>
        <w:keepNext/>
        <w:spacing w:before="60" w:after="20"/>
        <w:rPr>
          <w:rFonts w:ascii="Verdana" w:hAnsi="Verdana"/>
          <w:sz w:val="28"/>
          <w:szCs w:val="28"/>
        </w:rPr>
      </w:pPr>
      <w:r w:rsidRPr="00261A61">
        <w:rPr>
          <w:rFonts w:ascii="Verdana" w:hAnsi="Verdana"/>
          <w:b/>
          <w:i/>
          <w:sz w:val="24"/>
          <w:szCs w:val="28"/>
        </w:rPr>
        <w:t>White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8"/>
        <w:gridCol w:w="5328"/>
      </w:tblGrid>
      <w:tr w:rsidR="005B224D" w:rsidRPr="00261A61" w14:paraId="3915299C" w14:textId="77777777">
        <w:trPr>
          <w:cantSplit/>
          <w:jc w:val="center"/>
        </w:trPr>
        <w:tc>
          <w:tcPr>
            <w:tcW w:w="532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C998E8" w14:textId="77777777" w:rsidR="005B224D" w:rsidRPr="00261A61" w:rsidRDefault="00000000">
            <w:pPr>
              <w:spacing w:before="20" w:after="20" w:line="240" w:lineRule="auto"/>
              <w:rPr>
                <w:rFonts w:ascii="Verdana" w:hAnsi="Verdana"/>
                <w:sz w:val="28"/>
                <w:szCs w:val="28"/>
              </w:rPr>
            </w:pPr>
            <w:r w:rsidRPr="00261A61">
              <w:rPr>
                <w:rFonts w:ascii="Segoe UI Symbol" w:hAnsi="Segoe UI Symbol" w:cs="Segoe UI Symbol"/>
                <w:sz w:val="24"/>
                <w:szCs w:val="28"/>
              </w:rPr>
              <w:t>☐</w:t>
            </w:r>
            <w:r w:rsidRPr="00261A61">
              <w:rPr>
                <w:rFonts w:ascii="Verdana" w:hAnsi="Verdana"/>
                <w:sz w:val="24"/>
                <w:szCs w:val="28"/>
              </w:rPr>
              <w:t xml:space="preserve">  English / Welsh / Scottish / British</w:t>
            </w:r>
          </w:p>
        </w:tc>
        <w:tc>
          <w:tcPr>
            <w:tcW w:w="532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FBEF3A" w14:textId="77777777" w:rsidR="005B224D" w:rsidRPr="00261A61" w:rsidRDefault="00000000">
            <w:pPr>
              <w:spacing w:before="20" w:after="20" w:line="240" w:lineRule="auto"/>
              <w:rPr>
                <w:rFonts w:ascii="Verdana" w:hAnsi="Verdana"/>
                <w:sz w:val="28"/>
                <w:szCs w:val="28"/>
              </w:rPr>
            </w:pPr>
            <w:r w:rsidRPr="00261A61">
              <w:rPr>
                <w:rFonts w:ascii="Segoe UI Symbol" w:hAnsi="Segoe UI Symbol" w:cs="Segoe UI Symbol"/>
                <w:sz w:val="24"/>
                <w:szCs w:val="28"/>
              </w:rPr>
              <w:t>☐</w:t>
            </w:r>
            <w:r w:rsidRPr="00261A61">
              <w:rPr>
                <w:rFonts w:ascii="Verdana" w:hAnsi="Verdana"/>
                <w:sz w:val="24"/>
                <w:szCs w:val="28"/>
              </w:rPr>
              <w:t xml:space="preserve">  Irish</w:t>
            </w:r>
          </w:p>
        </w:tc>
      </w:tr>
      <w:tr w:rsidR="005B224D" w:rsidRPr="00261A61" w14:paraId="7D60E410" w14:textId="77777777">
        <w:trPr>
          <w:cantSplit/>
          <w:jc w:val="center"/>
        </w:trPr>
        <w:tc>
          <w:tcPr>
            <w:tcW w:w="532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EA1F96" w14:textId="77777777" w:rsidR="005B224D" w:rsidRPr="00261A61" w:rsidRDefault="00000000">
            <w:pPr>
              <w:spacing w:before="20" w:after="20" w:line="240" w:lineRule="auto"/>
              <w:rPr>
                <w:rFonts w:ascii="Verdana" w:hAnsi="Verdana"/>
                <w:sz w:val="28"/>
                <w:szCs w:val="28"/>
              </w:rPr>
            </w:pPr>
            <w:r w:rsidRPr="00261A61">
              <w:rPr>
                <w:rFonts w:ascii="Segoe UI Symbol" w:hAnsi="Segoe UI Symbol" w:cs="Segoe UI Symbol"/>
                <w:sz w:val="24"/>
                <w:szCs w:val="28"/>
              </w:rPr>
              <w:t>☐</w:t>
            </w:r>
            <w:r w:rsidRPr="00261A61">
              <w:rPr>
                <w:rFonts w:ascii="Verdana" w:hAnsi="Verdana"/>
                <w:sz w:val="24"/>
                <w:szCs w:val="28"/>
              </w:rPr>
              <w:t xml:space="preserve">  Gypsy or Irish Traveller</w:t>
            </w:r>
          </w:p>
        </w:tc>
        <w:tc>
          <w:tcPr>
            <w:tcW w:w="532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CAAD22" w14:textId="77777777" w:rsidR="005B224D" w:rsidRPr="00261A61" w:rsidRDefault="00000000">
            <w:pPr>
              <w:spacing w:before="20" w:after="20" w:line="240" w:lineRule="auto"/>
              <w:rPr>
                <w:rFonts w:ascii="Verdana" w:hAnsi="Verdana"/>
                <w:sz w:val="28"/>
                <w:szCs w:val="28"/>
              </w:rPr>
            </w:pPr>
            <w:r w:rsidRPr="00261A61">
              <w:rPr>
                <w:rFonts w:ascii="Segoe UI Symbol" w:hAnsi="Segoe UI Symbol" w:cs="Segoe UI Symbol"/>
                <w:sz w:val="24"/>
                <w:szCs w:val="28"/>
              </w:rPr>
              <w:t>☐</w:t>
            </w:r>
            <w:r w:rsidRPr="00261A61">
              <w:rPr>
                <w:rFonts w:ascii="Verdana" w:hAnsi="Verdana"/>
                <w:sz w:val="24"/>
                <w:szCs w:val="28"/>
              </w:rPr>
              <w:t xml:space="preserve">  Roma</w:t>
            </w:r>
          </w:p>
        </w:tc>
      </w:tr>
    </w:tbl>
    <w:p w14:paraId="091A3D8A" w14:textId="77777777" w:rsidR="005B224D" w:rsidRPr="00261A61" w:rsidRDefault="005B224D">
      <w:pPr>
        <w:spacing w:after="20" w:line="20" w:lineRule="exact"/>
        <w:rPr>
          <w:rFonts w:ascii="Verdana" w:hAnsi="Verdana"/>
          <w:sz w:val="28"/>
          <w:szCs w:val="28"/>
        </w:rPr>
      </w:pPr>
    </w:p>
    <w:p w14:paraId="4EB79732" w14:textId="77777777" w:rsidR="005B224D" w:rsidRPr="00261A61" w:rsidRDefault="00000000">
      <w:pPr>
        <w:spacing w:after="80"/>
        <w:rPr>
          <w:rFonts w:ascii="Verdana" w:hAnsi="Verdana"/>
          <w:sz w:val="28"/>
          <w:szCs w:val="28"/>
        </w:rPr>
      </w:pPr>
      <w:r w:rsidRPr="00261A61">
        <w:rPr>
          <w:rFonts w:ascii="Segoe UI Symbol" w:hAnsi="Segoe UI Symbol" w:cs="Segoe UI Symbol"/>
          <w:sz w:val="24"/>
          <w:szCs w:val="28"/>
        </w:rPr>
        <w:t>☐</w:t>
      </w:r>
      <w:r w:rsidRPr="00261A61">
        <w:rPr>
          <w:rFonts w:ascii="Verdana" w:hAnsi="Verdana"/>
          <w:sz w:val="24"/>
          <w:szCs w:val="28"/>
        </w:rPr>
        <w:t xml:space="preserve">  Any other White background: ______________________________________</w:t>
      </w:r>
    </w:p>
    <w:p w14:paraId="74303E9D" w14:textId="77777777" w:rsidR="005B224D" w:rsidRPr="00261A61" w:rsidRDefault="00000000">
      <w:pPr>
        <w:keepNext/>
        <w:spacing w:before="60" w:after="20"/>
        <w:rPr>
          <w:rFonts w:ascii="Verdana" w:hAnsi="Verdana"/>
          <w:sz w:val="28"/>
          <w:szCs w:val="28"/>
        </w:rPr>
      </w:pPr>
      <w:r w:rsidRPr="00261A61">
        <w:rPr>
          <w:rFonts w:ascii="Verdana" w:hAnsi="Verdana"/>
          <w:b/>
          <w:i/>
          <w:sz w:val="24"/>
          <w:szCs w:val="28"/>
        </w:rPr>
        <w:t>Other ethnic group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56"/>
      </w:tblGrid>
      <w:tr w:rsidR="005B224D" w:rsidRPr="00261A61" w14:paraId="7CB572C9" w14:textId="77777777">
        <w:trPr>
          <w:cantSplit/>
          <w:jc w:val="center"/>
        </w:trPr>
        <w:tc>
          <w:tcPr>
            <w:tcW w:w="1065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DF0AFD" w14:textId="77777777" w:rsidR="005B224D" w:rsidRPr="00261A61" w:rsidRDefault="00000000">
            <w:pPr>
              <w:spacing w:before="20" w:after="20" w:line="240" w:lineRule="auto"/>
              <w:rPr>
                <w:rFonts w:ascii="Verdana" w:hAnsi="Verdana"/>
                <w:sz w:val="28"/>
                <w:szCs w:val="28"/>
              </w:rPr>
            </w:pPr>
            <w:r w:rsidRPr="00261A61">
              <w:rPr>
                <w:rFonts w:ascii="Segoe UI Symbol" w:hAnsi="Segoe UI Symbol" w:cs="Segoe UI Symbol"/>
                <w:sz w:val="24"/>
                <w:szCs w:val="28"/>
              </w:rPr>
              <w:t>☐</w:t>
            </w:r>
            <w:r w:rsidRPr="00261A61">
              <w:rPr>
                <w:rFonts w:ascii="Verdana" w:hAnsi="Verdana"/>
                <w:sz w:val="24"/>
                <w:szCs w:val="28"/>
              </w:rPr>
              <w:t xml:space="preserve">  Arab</w:t>
            </w:r>
          </w:p>
        </w:tc>
      </w:tr>
    </w:tbl>
    <w:p w14:paraId="580171FE" w14:textId="77777777" w:rsidR="005B224D" w:rsidRPr="00261A61" w:rsidRDefault="005B224D">
      <w:pPr>
        <w:spacing w:after="20" w:line="20" w:lineRule="exact"/>
        <w:rPr>
          <w:rFonts w:ascii="Verdana" w:hAnsi="Verdana"/>
          <w:sz w:val="28"/>
          <w:szCs w:val="28"/>
        </w:rPr>
      </w:pPr>
    </w:p>
    <w:p w14:paraId="4A7F098B" w14:textId="77777777" w:rsidR="005B224D" w:rsidRPr="00261A61" w:rsidRDefault="00000000">
      <w:pPr>
        <w:spacing w:after="100"/>
        <w:rPr>
          <w:rFonts w:ascii="Verdana" w:hAnsi="Verdana"/>
          <w:sz w:val="28"/>
          <w:szCs w:val="28"/>
        </w:rPr>
      </w:pPr>
      <w:r w:rsidRPr="00261A61">
        <w:rPr>
          <w:rFonts w:ascii="Segoe UI Symbol" w:hAnsi="Segoe UI Symbol" w:cs="Segoe UI Symbol"/>
          <w:sz w:val="24"/>
          <w:szCs w:val="28"/>
        </w:rPr>
        <w:t>☐</w:t>
      </w:r>
      <w:r w:rsidRPr="00261A61">
        <w:rPr>
          <w:rFonts w:ascii="Verdana" w:hAnsi="Verdana"/>
          <w:sz w:val="24"/>
          <w:szCs w:val="28"/>
        </w:rPr>
        <w:t xml:space="preserve">  Any other ethnic background: _____________________________________</w:t>
      </w:r>
    </w:p>
    <w:p w14:paraId="069E0566" w14:textId="77777777" w:rsidR="005B224D" w:rsidRPr="00261A61" w:rsidRDefault="00000000">
      <w:pPr>
        <w:spacing w:before="80" w:after="160"/>
        <w:rPr>
          <w:rFonts w:ascii="Verdana" w:hAnsi="Verdana"/>
          <w:sz w:val="28"/>
          <w:szCs w:val="28"/>
        </w:rPr>
      </w:pPr>
      <w:r w:rsidRPr="00261A61">
        <w:rPr>
          <w:rFonts w:ascii="Segoe UI Symbol" w:hAnsi="Segoe UI Symbol" w:cs="Segoe UI Symbol"/>
          <w:sz w:val="24"/>
          <w:szCs w:val="28"/>
        </w:rPr>
        <w:t>☐</w:t>
      </w:r>
      <w:r w:rsidRPr="00261A61">
        <w:rPr>
          <w:rFonts w:ascii="Verdana" w:hAnsi="Verdana"/>
          <w:sz w:val="24"/>
          <w:szCs w:val="28"/>
        </w:rPr>
        <w:t xml:space="preserve">  Prefer not to say to all ethnic background options</w:t>
      </w:r>
    </w:p>
    <w:p w14:paraId="7741BCBE" w14:textId="77777777" w:rsidR="005B224D" w:rsidRPr="00261A61" w:rsidRDefault="00000000">
      <w:pPr>
        <w:spacing w:before="80" w:after="80"/>
        <w:jc w:val="center"/>
        <w:rPr>
          <w:rFonts w:ascii="Verdana" w:hAnsi="Verdana"/>
          <w:sz w:val="28"/>
          <w:szCs w:val="28"/>
        </w:rPr>
      </w:pPr>
      <w:r w:rsidRPr="00261A61">
        <w:rPr>
          <w:rFonts w:ascii="Verdana" w:hAnsi="Verdana"/>
          <w:b/>
          <w:sz w:val="28"/>
          <w:szCs w:val="28"/>
        </w:rPr>
        <w:t>_________________________________________________________________________________</w:t>
      </w:r>
    </w:p>
    <w:p w14:paraId="33D1FB97" w14:textId="77777777" w:rsidR="00261A61" w:rsidRDefault="00261A61" w:rsidP="00261A61">
      <w:pPr>
        <w:spacing w:before="80" w:after="0" w:line="252" w:lineRule="auto"/>
        <w:rPr>
          <w:rFonts w:ascii="Verdana" w:hAnsi="Verdana"/>
          <w:sz w:val="28"/>
          <w:szCs w:val="36"/>
        </w:rPr>
      </w:pPr>
    </w:p>
    <w:p w14:paraId="62B78A11" w14:textId="3C0E131F" w:rsidR="00261A61" w:rsidRPr="00261A61" w:rsidRDefault="00000000" w:rsidP="00261A61">
      <w:pPr>
        <w:spacing w:before="80" w:after="0" w:line="252" w:lineRule="auto"/>
        <w:rPr>
          <w:rFonts w:ascii="Verdana" w:hAnsi="Verdana"/>
          <w:sz w:val="24"/>
          <w:szCs w:val="32"/>
        </w:rPr>
      </w:pPr>
      <w:r w:rsidRPr="00261A61">
        <w:rPr>
          <w:rFonts w:ascii="Verdana" w:hAnsi="Verdana"/>
          <w:sz w:val="24"/>
          <w:szCs w:val="32"/>
        </w:rPr>
        <w:t xml:space="preserve">The information provided is strictly confidential, separated from your application prior to shortlisting, and processed solely for equality monitoring and reporting purposes in accordance with applicable data-protection law. </w:t>
      </w:r>
    </w:p>
    <w:p w14:paraId="2FF2C90C" w14:textId="6ED7AA92" w:rsidR="005B224D" w:rsidRPr="00261A61" w:rsidRDefault="00000000" w:rsidP="00261A61">
      <w:pPr>
        <w:spacing w:before="80" w:after="0" w:line="252" w:lineRule="auto"/>
        <w:rPr>
          <w:rFonts w:ascii="Verdana" w:hAnsi="Verdana"/>
          <w:sz w:val="24"/>
          <w:szCs w:val="32"/>
        </w:rPr>
      </w:pPr>
      <w:r w:rsidRPr="00261A61">
        <w:rPr>
          <w:rFonts w:ascii="Verdana" w:hAnsi="Verdana"/>
          <w:sz w:val="24"/>
          <w:szCs w:val="32"/>
        </w:rPr>
        <w:t>It will not be used to assess your suitability and may only be analysed or reported in anonymised/aggregated form.</w:t>
      </w:r>
      <w:r w:rsidRPr="00261A61">
        <w:rPr>
          <w:rFonts w:ascii="Verdana" w:hAnsi="Verdana"/>
          <w:sz w:val="24"/>
          <w:szCs w:val="32"/>
        </w:rPr>
        <w:br/>
        <w:t>Individual forms will be securely destroyed following the recruitment closing date, while the anonymous statistical data is retained for diversity monitoring.</w:t>
      </w:r>
    </w:p>
    <w:p w14:paraId="41B181BE" w14:textId="77777777" w:rsidR="00261A61" w:rsidRPr="00261A61" w:rsidRDefault="00261A61" w:rsidP="00261A61">
      <w:pPr>
        <w:spacing w:before="80" w:after="0" w:line="252" w:lineRule="auto"/>
        <w:rPr>
          <w:rFonts w:ascii="Verdana" w:hAnsi="Verdana"/>
          <w:sz w:val="24"/>
          <w:szCs w:val="32"/>
        </w:rPr>
      </w:pPr>
    </w:p>
    <w:p w14:paraId="348082CE" w14:textId="77777777" w:rsidR="00261A61" w:rsidRDefault="00261A61" w:rsidP="00261A61">
      <w:pPr>
        <w:spacing w:before="80" w:after="0" w:line="252" w:lineRule="auto"/>
        <w:rPr>
          <w:rFonts w:ascii="Verdana" w:hAnsi="Verdana"/>
          <w:i/>
          <w:iCs/>
          <w:sz w:val="24"/>
          <w:szCs w:val="32"/>
        </w:rPr>
      </w:pPr>
    </w:p>
    <w:p w14:paraId="0F4C9C1C" w14:textId="77777777" w:rsidR="00261A61" w:rsidRDefault="00261A61" w:rsidP="00261A61">
      <w:pPr>
        <w:spacing w:before="80" w:after="0" w:line="252" w:lineRule="auto"/>
        <w:rPr>
          <w:rFonts w:ascii="Verdana" w:hAnsi="Verdana"/>
          <w:i/>
          <w:iCs/>
          <w:sz w:val="24"/>
          <w:szCs w:val="32"/>
        </w:rPr>
      </w:pPr>
    </w:p>
    <w:p w14:paraId="66BC3471" w14:textId="77777777" w:rsidR="00261A61" w:rsidRDefault="00261A61" w:rsidP="00261A61">
      <w:pPr>
        <w:spacing w:before="80" w:after="0" w:line="252" w:lineRule="auto"/>
        <w:rPr>
          <w:rFonts w:ascii="Verdana" w:hAnsi="Verdana"/>
          <w:i/>
          <w:iCs/>
          <w:sz w:val="24"/>
          <w:szCs w:val="32"/>
        </w:rPr>
      </w:pPr>
    </w:p>
    <w:p w14:paraId="24100613" w14:textId="090D8537" w:rsidR="00261A61" w:rsidRPr="00261A61" w:rsidRDefault="00261A61" w:rsidP="00261A61">
      <w:pPr>
        <w:spacing w:before="80" w:after="0" w:line="252" w:lineRule="auto"/>
        <w:rPr>
          <w:rFonts w:ascii="Verdana" w:hAnsi="Verdana"/>
          <w:i/>
          <w:iCs/>
          <w:sz w:val="32"/>
          <w:szCs w:val="32"/>
        </w:rPr>
      </w:pPr>
      <w:r w:rsidRPr="00261A61">
        <w:rPr>
          <w:rFonts w:ascii="Verdana" w:hAnsi="Verdana"/>
          <w:i/>
          <w:iCs/>
          <w:sz w:val="24"/>
          <w:szCs w:val="32"/>
        </w:rPr>
        <w:t>WRCF August 2026.</w:t>
      </w:r>
    </w:p>
    <w:sectPr w:rsidR="00261A61" w:rsidRPr="00261A61" w:rsidSect="00261A61">
      <w:pgSz w:w="11909" w:h="16834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1362984">
    <w:abstractNumId w:val="8"/>
  </w:num>
  <w:num w:numId="2" w16cid:durableId="1834372439">
    <w:abstractNumId w:val="6"/>
  </w:num>
  <w:num w:numId="3" w16cid:durableId="1134299912">
    <w:abstractNumId w:val="5"/>
  </w:num>
  <w:num w:numId="4" w16cid:durableId="2116825597">
    <w:abstractNumId w:val="4"/>
  </w:num>
  <w:num w:numId="5" w16cid:durableId="1825009595">
    <w:abstractNumId w:val="7"/>
  </w:num>
  <w:num w:numId="6" w16cid:durableId="1280987020">
    <w:abstractNumId w:val="3"/>
  </w:num>
  <w:num w:numId="7" w16cid:durableId="1463385283">
    <w:abstractNumId w:val="2"/>
  </w:num>
  <w:num w:numId="8" w16cid:durableId="72747675">
    <w:abstractNumId w:val="1"/>
  </w:num>
  <w:num w:numId="9" w16cid:durableId="1298140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4BD3"/>
    <w:rsid w:val="0006063C"/>
    <w:rsid w:val="0015074B"/>
    <w:rsid w:val="00261A61"/>
    <w:rsid w:val="0029639D"/>
    <w:rsid w:val="00326F90"/>
    <w:rsid w:val="005B224D"/>
    <w:rsid w:val="00AA1D8D"/>
    <w:rsid w:val="00AD7B11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C53158"/>
  <w14:defaultImageDpi w14:val="300"/>
  <w15:docId w15:val="{CDD6EDF7-4FB1-4DD4-95E3-3FB273001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Ricard</cp:lastModifiedBy>
  <cp:revision>2</cp:revision>
  <dcterms:created xsi:type="dcterms:W3CDTF">2026-08-23T01:35:00Z</dcterms:created>
  <dcterms:modified xsi:type="dcterms:W3CDTF">2026-08-23T01:35:00Z</dcterms:modified>
  <cp:category/>
</cp:coreProperties>
</file>